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Drexel University</w:t>
      </w:r>
    </w:p>
    <w:p>
      <w:pPr>
        <w:pStyle w:val="InstitutionInfo"/>
      </w:pPr>
      <w:r>
        <w:t>Philadelphia PA</w:t>
      </w:r>
    </w:p>
    <w:p>
      <w:pPr>
        <w:pStyle w:val="InstitutionInfo"/>
      </w:pPr>
      <w:r>
        <w:t>Corresponding Faculty Member: Alison Moyer  (aem442@drexel.edu)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DRXL_Quiros_HeadShot_NkwY1GW.jpeg"/>
                    <pic:cNvPicPr/>
                  </pic:nvPicPr>
                  <pic:blipFill>
                    <a:blip r:embed="rId9"/>
                    <a:stretch>
                      <a:fillRect/>
                    </a:stretch>
                  </pic:blipFill>
                  <pic:spPr>
                    <a:xfrm>
                      <a:off x="0" y="0"/>
                      <a:ext cx="914400" cy="914400"/>
                    </a:xfrm>
                    <a:prstGeom prst="rect"/>
                  </pic:spPr>
                </pic:pic>
              </a:graphicData>
            </a:graphic>
          </wp:inline>
        </w:drawing>
      </w:r>
    </w:p>
    <w:p>
      <w:pPr>
        <w:pStyle w:val="absCaption"/>
      </w:pPr>
      <w:r>
        <w:t>Apollonia Quiros</w:t>
      </w:r>
    </w:p>
    <w:p>
      <w:r>
        <w:drawing>
          <wp:inline xmlns:a="http://schemas.openxmlformats.org/drawingml/2006/main" xmlns:pic="http://schemas.openxmlformats.org/drawingml/2006/picture">
            <wp:extent cx="914400" cy="1371731"/>
            <wp:docPr id="2" name="Picture 2"/>
            <wp:cNvGraphicFramePr>
              <a:graphicFrameLocks noChangeAspect="1"/>
            </wp:cNvGraphicFramePr>
            <a:graphic>
              <a:graphicData uri="http://schemas.openxmlformats.org/drawingml/2006/picture">
                <pic:pic>
                  <pic:nvPicPr>
                    <pic:cNvPr id="0" name="DRXL_Macera_HeadShot.jpg"/>
                    <pic:cNvPicPr/>
                  </pic:nvPicPr>
                  <pic:blipFill>
                    <a:blip r:embed="rId10"/>
                    <a:stretch>
                      <a:fillRect/>
                    </a:stretch>
                  </pic:blipFill>
                  <pic:spPr>
                    <a:xfrm>
                      <a:off x="0" y="0"/>
                      <a:ext cx="914400" cy="1371731"/>
                    </a:xfrm>
                    <a:prstGeom prst="rect"/>
                  </pic:spPr>
                </pic:pic>
              </a:graphicData>
            </a:graphic>
          </wp:inline>
        </w:drawing>
      </w:r>
    </w:p>
    <w:p>
      <w:pPr>
        <w:pStyle w:val="absCaption"/>
      </w:pPr>
      <w:r>
        <w:t>Gabriella Macera</w:t>
      </w:r>
    </w:p>
    <w:p>
      <w:pPr>
        <w:pStyle w:val="AbsTitle"/>
      </w:pPr>
      <w:r>
        <w:t>Analysis of Four F1 Cluster Mycobacteriophages: A True Phage Phrenzy!</w:t>
      </w:r>
    </w:p>
    <w:p>
      <w:pPr>
        <w:pStyle w:val="AbsAuthors"/>
      </w:pPr>
      <w:r>
        <w:t>Apollonia Quiros</w:t>
      </w:r>
      <w:r>
        <w:rPr>
          <w:b w:val="0"/>
        </w:rPr>
        <w:t xml:space="preserve">, </w:t>
      </w:r>
      <w:r>
        <w:t>Gabriella Macera</w:t>
      </w:r>
      <w:r>
        <w:rPr>
          <w:b w:val="0"/>
        </w:rPr>
        <w:t xml:space="preserve">, </w:t>
      </w:r>
      <w:r>
        <w:rPr>
          <w:b w:val="0"/>
        </w:rPr>
        <w:t>Matan Ben Abou</w:t>
      </w:r>
      <w:r>
        <w:rPr>
          <w:b w:val="0"/>
        </w:rPr>
        <w:t xml:space="preserve">, </w:t>
      </w:r>
      <w:r>
        <w:rPr>
          <w:b w:val="0"/>
        </w:rPr>
        <w:t>Abhinaya Bharath</w:t>
      </w:r>
      <w:r>
        <w:rPr>
          <w:b w:val="0"/>
        </w:rPr>
        <w:t xml:space="preserve">, </w:t>
      </w:r>
      <w:r>
        <w:rPr>
          <w:b w:val="0"/>
        </w:rPr>
        <w:t>Akash Bhat</w:t>
      </w:r>
      <w:r>
        <w:rPr>
          <w:b w:val="0"/>
        </w:rPr>
        <w:t xml:space="preserve">, </w:t>
      </w:r>
      <w:r>
        <w:rPr>
          <w:b w:val="0"/>
        </w:rPr>
        <w:t>Praneetha Bheemarasetty</w:t>
      </w:r>
      <w:r>
        <w:rPr>
          <w:b w:val="0"/>
        </w:rPr>
        <w:t xml:space="preserve">, </w:t>
      </w:r>
      <w:r>
        <w:rPr>
          <w:b w:val="0"/>
        </w:rPr>
        <w:t>Madison Bockol</w:t>
      </w:r>
      <w:r>
        <w:rPr>
          <w:b w:val="0"/>
        </w:rPr>
        <w:t xml:space="preserve">, </w:t>
      </w:r>
      <w:r>
        <w:rPr>
          <w:b w:val="0"/>
        </w:rPr>
        <w:t>Ishaan Bhatt</w:t>
      </w:r>
      <w:r>
        <w:rPr>
          <w:b w:val="0"/>
        </w:rPr>
        <w:t xml:space="preserve">, </w:t>
      </w:r>
      <w:r>
        <w:rPr>
          <w:b w:val="0"/>
        </w:rPr>
        <w:t>Meredith Anne Capuli</w:t>
      </w:r>
      <w:r>
        <w:rPr>
          <w:b w:val="0"/>
        </w:rPr>
        <w:t xml:space="preserve">, </w:t>
      </w:r>
      <w:r>
        <w:rPr>
          <w:b w:val="0"/>
        </w:rPr>
        <w:t>Zachary Cataline</w:t>
      </w:r>
      <w:r>
        <w:rPr>
          <w:b w:val="0"/>
        </w:rPr>
        <w:t xml:space="preserve">, </w:t>
      </w:r>
      <w:r>
        <w:rPr>
          <w:b w:val="0"/>
        </w:rPr>
        <w:t>Upoma Chakraborty</w:t>
      </w:r>
      <w:r>
        <w:rPr>
          <w:b w:val="0"/>
        </w:rPr>
        <w:t xml:space="preserve">, </w:t>
      </w:r>
      <w:r>
        <w:rPr>
          <w:b w:val="0"/>
        </w:rPr>
        <w:t>Patrick Chang</w:t>
      </w:r>
      <w:r>
        <w:rPr>
          <w:b w:val="0"/>
        </w:rPr>
        <w:t xml:space="preserve">, </w:t>
      </w:r>
      <w:r>
        <w:rPr>
          <w:b w:val="0"/>
        </w:rPr>
        <w:t>Jessica Chase</w:t>
      </w:r>
      <w:r>
        <w:rPr>
          <w:b w:val="0"/>
        </w:rPr>
        <w:t xml:space="preserve">, </w:t>
      </w:r>
      <w:r>
        <w:rPr>
          <w:b w:val="0"/>
        </w:rPr>
        <w:t>Amanda Chen</w:t>
      </w:r>
      <w:r>
        <w:rPr>
          <w:b w:val="0"/>
        </w:rPr>
        <w:t xml:space="preserve">, </w:t>
      </w:r>
      <w:r>
        <w:rPr>
          <w:b w:val="0"/>
        </w:rPr>
        <w:t>Jackie Chen</w:t>
      </w:r>
      <w:r>
        <w:rPr>
          <w:b w:val="0"/>
        </w:rPr>
        <w:t xml:space="preserve">, </w:t>
      </w:r>
      <w:r>
        <w:rPr>
          <w:b w:val="0"/>
        </w:rPr>
        <w:t>Nina  Cheng</w:t>
      </w:r>
      <w:r>
        <w:rPr>
          <w:b w:val="0"/>
        </w:rPr>
        <w:t xml:space="preserve">, </w:t>
      </w:r>
      <w:r>
        <w:rPr>
          <w:b w:val="0"/>
        </w:rPr>
        <w:t>Hannah Cherusseril</w:t>
      </w:r>
      <w:r>
        <w:rPr>
          <w:b w:val="0"/>
        </w:rPr>
        <w:t xml:space="preserve">, </w:t>
      </w:r>
      <w:r>
        <w:rPr>
          <w:b w:val="0"/>
        </w:rPr>
        <w:t>Justin Cicarelli</w:t>
      </w:r>
      <w:r>
        <w:rPr>
          <w:b w:val="0"/>
        </w:rPr>
        <w:t xml:space="preserve">, </w:t>
      </w:r>
      <w:r>
        <w:rPr>
          <w:b w:val="0"/>
        </w:rPr>
        <w:t>Caitlin Clifford</w:t>
      </w:r>
      <w:r>
        <w:rPr>
          <w:b w:val="0"/>
        </w:rPr>
        <w:t xml:space="preserve">, </w:t>
      </w:r>
      <w:r>
        <w:rPr>
          <w:b w:val="0"/>
        </w:rPr>
        <w:t>Cara DePiano</w:t>
      </w:r>
      <w:r>
        <w:rPr>
          <w:b w:val="0"/>
        </w:rPr>
        <w:t xml:space="preserve">, </w:t>
      </w:r>
      <w:r>
        <w:rPr>
          <w:b w:val="0"/>
        </w:rPr>
        <w:t>Nihar Desai</w:t>
      </w:r>
      <w:r>
        <w:rPr>
          <w:b w:val="0"/>
        </w:rPr>
        <w:t xml:space="preserve">, </w:t>
      </w:r>
      <w:r>
        <w:rPr>
          <w:b w:val="0"/>
        </w:rPr>
        <w:t>Leah Dobossy</w:t>
      </w:r>
      <w:r>
        <w:rPr>
          <w:b w:val="0"/>
        </w:rPr>
        <w:t xml:space="preserve">, </w:t>
      </w:r>
      <w:r>
        <w:rPr>
          <w:b w:val="0"/>
        </w:rPr>
        <w:t>Skylar Driscoll</w:t>
      </w:r>
      <w:r>
        <w:rPr>
          <w:b w:val="0"/>
        </w:rPr>
        <w:t xml:space="preserve">, </w:t>
      </w:r>
      <w:r>
        <w:rPr>
          <w:b w:val="0"/>
        </w:rPr>
        <w:t>Jinie Eom</w:t>
      </w:r>
      <w:r>
        <w:rPr>
          <w:b w:val="0"/>
        </w:rPr>
        <w:t xml:space="preserve">, </w:t>
      </w:r>
      <w:r>
        <w:rPr>
          <w:b w:val="0"/>
        </w:rPr>
        <w:t>Rahul Gandhi</w:t>
      </w:r>
      <w:r>
        <w:rPr>
          <w:b w:val="0"/>
        </w:rPr>
        <w:t xml:space="preserve">, </w:t>
      </w:r>
      <w:r>
        <w:rPr>
          <w:b w:val="0"/>
        </w:rPr>
        <w:t>Jakub Gocal</w:t>
      </w:r>
      <w:r>
        <w:rPr>
          <w:b w:val="0"/>
        </w:rPr>
        <w:t xml:space="preserve">, </w:t>
      </w:r>
      <w:r>
        <w:rPr>
          <w:b w:val="0"/>
        </w:rPr>
        <w:t>Saksham Goel</w:t>
      </w:r>
      <w:r>
        <w:rPr>
          <w:b w:val="0"/>
        </w:rPr>
        <w:t xml:space="preserve">, </w:t>
      </w:r>
      <w:r>
        <w:rPr>
          <w:b w:val="0"/>
        </w:rPr>
        <w:t>Alvin Guan</w:t>
      </w:r>
      <w:r>
        <w:rPr>
          <w:b w:val="0"/>
        </w:rPr>
        <w:t xml:space="preserve">, </w:t>
      </w:r>
      <w:r>
        <w:rPr>
          <w:b w:val="0"/>
        </w:rPr>
        <w:t>Zachary Gulgule</w:t>
      </w:r>
      <w:r>
        <w:rPr>
          <w:b w:val="0"/>
        </w:rPr>
        <w:t xml:space="preserve">, </w:t>
      </w:r>
      <w:r>
        <w:rPr>
          <w:b w:val="0"/>
        </w:rPr>
        <w:t>Natalie Gundling</w:t>
      </w:r>
      <w:r>
        <w:rPr>
          <w:b w:val="0"/>
        </w:rPr>
        <w:t xml:space="preserve">, </w:t>
      </w:r>
      <w:r>
        <w:rPr>
          <w:b w:val="0"/>
        </w:rPr>
        <w:t>Selam Haile</w:t>
      </w:r>
      <w:r>
        <w:rPr>
          <w:b w:val="0"/>
        </w:rPr>
        <w:t xml:space="preserve">, </w:t>
      </w:r>
      <w:r>
        <w:rPr>
          <w:b w:val="0"/>
        </w:rPr>
        <w:t>Ashley Harkins</w:t>
      </w:r>
      <w:r>
        <w:rPr>
          <w:b w:val="0"/>
        </w:rPr>
        <w:t xml:space="preserve">, </w:t>
      </w:r>
      <w:r>
        <w:rPr>
          <w:b w:val="0"/>
        </w:rPr>
        <w:t>Lucy Helgren</w:t>
      </w:r>
      <w:r>
        <w:rPr>
          <w:b w:val="0"/>
        </w:rPr>
        <w:t xml:space="preserve">, </w:t>
      </w:r>
      <w:r>
        <w:rPr>
          <w:b w:val="0"/>
        </w:rPr>
        <w:t>Samir Jambhekar</w:t>
      </w:r>
      <w:r>
        <w:rPr>
          <w:b w:val="0"/>
        </w:rPr>
        <w:t xml:space="preserve">, </w:t>
      </w:r>
      <w:r>
        <w:rPr>
          <w:b w:val="0"/>
        </w:rPr>
        <w:t>Hannah Johnson</w:t>
      </w:r>
      <w:r>
        <w:rPr>
          <w:b w:val="0"/>
        </w:rPr>
        <w:t xml:space="preserve">, </w:t>
      </w:r>
      <w:r>
        <w:rPr>
          <w:b w:val="0"/>
        </w:rPr>
        <w:t>Rohan Joshi</w:t>
      </w:r>
      <w:r>
        <w:rPr>
          <w:b w:val="0"/>
        </w:rPr>
        <w:t xml:space="preserve">, </w:t>
      </w:r>
      <w:r>
        <w:rPr>
          <w:b w:val="0"/>
        </w:rPr>
        <w:t>Shraddha Kamat</w:t>
      </w:r>
      <w:r>
        <w:rPr>
          <w:b w:val="0"/>
        </w:rPr>
        <w:t xml:space="preserve">, </w:t>
      </w:r>
      <w:r>
        <w:rPr>
          <w:b w:val="0"/>
        </w:rPr>
        <w:t>Akriti Keswani</w:t>
      </w:r>
      <w:r>
        <w:rPr>
          <w:b w:val="0"/>
        </w:rPr>
        <w:t xml:space="preserve">, </w:t>
      </w:r>
      <w:r>
        <w:rPr>
          <w:b w:val="0"/>
        </w:rPr>
        <w:t>Jonathan Khoo</w:t>
      </w:r>
      <w:r>
        <w:rPr>
          <w:b w:val="0"/>
        </w:rPr>
        <w:t xml:space="preserve">, </w:t>
      </w:r>
      <w:r>
        <w:rPr>
          <w:b w:val="0"/>
        </w:rPr>
        <w:t>Un Bi Kim</w:t>
      </w:r>
      <w:r>
        <w:rPr>
          <w:b w:val="0"/>
        </w:rPr>
        <w:t xml:space="preserve">, </w:t>
      </w:r>
      <w:r>
        <w:rPr>
          <w:b w:val="0"/>
        </w:rPr>
        <w:t>Victoria Koa</w:t>
      </w:r>
      <w:r>
        <w:rPr>
          <w:b w:val="0"/>
        </w:rPr>
        <w:t xml:space="preserve">, </w:t>
      </w:r>
      <w:r>
        <w:rPr>
          <w:b w:val="0"/>
        </w:rPr>
        <w:t>Merlin Kochunilathil</w:t>
      </w:r>
      <w:r>
        <w:rPr>
          <w:b w:val="0"/>
        </w:rPr>
        <w:t xml:space="preserve">, </w:t>
      </w:r>
      <w:r>
        <w:rPr>
          <w:b w:val="0"/>
        </w:rPr>
        <w:t>Hannah Kostan</w:t>
      </w:r>
      <w:r>
        <w:rPr>
          <w:b w:val="0"/>
        </w:rPr>
        <w:t xml:space="preserve">, </w:t>
      </w:r>
      <w:r>
        <w:rPr>
          <w:b w:val="0"/>
        </w:rPr>
        <w:t>Kaylee Krapp</w:t>
      </w:r>
      <w:r>
        <w:rPr>
          <w:b w:val="0"/>
        </w:rPr>
        <w:t xml:space="preserve">, </w:t>
      </w:r>
      <w:r>
        <w:rPr>
          <w:b w:val="0"/>
        </w:rPr>
        <w:t>Prem Krishnaprasad</w:t>
      </w:r>
      <w:r>
        <w:rPr>
          <w:b w:val="0"/>
        </w:rPr>
        <w:t xml:space="preserve">, </w:t>
      </w:r>
      <w:r>
        <w:rPr>
          <w:b w:val="0"/>
        </w:rPr>
        <w:t>Zhuo Kuang</w:t>
      </w:r>
      <w:r>
        <w:rPr>
          <w:b w:val="0"/>
        </w:rPr>
        <w:t xml:space="preserve">, </w:t>
      </w:r>
      <w:r>
        <w:rPr>
          <w:b w:val="0"/>
        </w:rPr>
        <w:t>Sophie Lawrence</w:t>
      </w:r>
      <w:r>
        <w:rPr>
          <w:b w:val="0"/>
        </w:rPr>
        <w:t xml:space="preserve">, </w:t>
      </w:r>
      <w:r>
        <w:rPr>
          <w:b w:val="0"/>
        </w:rPr>
        <w:t>Hannah Lee</w:t>
      </w:r>
      <w:r>
        <w:rPr>
          <w:b w:val="0"/>
        </w:rPr>
        <w:t xml:space="preserve">, </w:t>
      </w:r>
      <w:r>
        <w:rPr>
          <w:b w:val="0"/>
        </w:rPr>
        <w:t>Katherine Li</w:t>
      </w:r>
      <w:r>
        <w:rPr>
          <w:b w:val="0"/>
        </w:rPr>
        <w:t xml:space="preserve">, </w:t>
      </w:r>
      <w:r>
        <w:rPr>
          <w:b w:val="0"/>
        </w:rPr>
        <w:t>Angelo Lodato</w:t>
      </w:r>
      <w:r>
        <w:rPr>
          <w:b w:val="0"/>
        </w:rPr>
        <w:t xml:space="preserve">, </w:t>
      </w:r>
      <w:r>
        <w:rPr>
          <w:b w:val="0"/>
        </w:rPr>
        <w:t>Richard Lu</w:t>
      </w:r>
      <w:r>
        <w:rPr>
          <w:b w:val="0"/>
        </w:rPr>
        <w:t xml:space="preserve">, </w:t>
      </w:r>
      <w:r>
        <w:rPr>
          <w:b w:val="0"/>
        </w:rPr>
        <w:t>My Mai</w:t>
      </w:r>
      <w:r>
        <w:rPr>
          <w:b w:val="0"/>
        </w:rPr>
        <w:t xml:space="preserve">, </w:t>
      </w:r>
      <w:r>
        <w:rPr>
          <w:b w:val="0"/>
        </w:rPr>
        <w:t>Shreya Mandloi</w:t>
      </w:r>
      <w:r>
        <w:rPr>
          <w:b w:val="0"/>
        </w:rPr>
        <w:t xml:space="preserve">, </w:t>
      </w:r>
      <w:r>
        <w:rPr>
          <w:b w:val="0"/>
        </w:rPr>
        <w:t>Rohil Mediratta</w:t>
      </w:r>
      <w:r>
        <w:rPr>
          <w:b w:val="0"/>
        </w:rPr>
        <w:t xml:space="preserve">, </w:t>
      </w:r>
      <w:r>
        <w:rPr>
          <w:b w:val="0"/>
        </w:rPr>
        <w:t>Sreya Muchivolu</w:t>
      </w:r>
      <w:r>
        <w:rPr>
          <w:b w:val="0"/>
        </w:rPr>
        <w:t xml:space="preserve">, </w:t>
      </w:r>
      <w:r>
        <w:rPr>
          <w:b w:val="0"/>
        </w:rPr>
        <w:t>Tania Mulherkar</w:t>
      </w:r>
      <w:r>
        <w:rPr>
          <w:b w:val="0"/>
        </w:rPr>
        <w:t xml:space="preserve">, </w:t>
      </w:r>
      <w:r>
        <w:rPr>
          <w:b w:val="0"/>
        </w:rPr>
        <w:t>Mekha Nair</w:t>
      </w:r>
      <w:r>
        <w:rPr>
          <w:b w:val="0"/>
        </w:rPr>
        <w:t xml:space="preserve">, </w:t>
      </w:r>
      <w:r>
        <w:rPr>
          <w:b w:val="0"/>
        </w:rPr>
        <w:t>Emily  Navarreto</w:t>
      </w:r>
      <w:r>
        <w:rPr>
          <w:b w:val="0"/>
        </w:rPr>
        <w:t xml:space="preserve">, </w:t>
      </w:r>
      <w:r>
        <w:rPr>
          <w:b w:val="0"/>
        </w:rPr>
        <w:t>Chandler Olson</w:t>
      </w:r>
      <w:r>
        <w:rPr>
          <w:b w:val="0"/>
        </w:rPr>
        <w:t xml:space="preserve">, </w:t>
      </w:r>
      <w:r>
        <w:rPr>
          <w:b w:val="0"/>
        </w:rPr>
        <w:t>Angele Oye-Mba</w:t>
      </w:r>
      <w:r>
        <w:rPr>
          <w:b w:val="0"/>
        </w:rPr>
        <w:t xml:space="preserve">, </w:t>
      </w:r>
      <w:r>
        <w:rPr>
          <w:b w:val="0"/>
        </w:rPr>
        <w:t>Victoria Palochik</w:t>
      </w:r>
      <w:r>
        <w:rPr>
          <w:b w:val="0"/>
        </w:rPr>
        <w:t xml:space="preserve">, </w:t>
      </w:r>
      <w:r>
        <w:rPr>
          <w:b w:val="0"/>
        </w:rPr>
        <w:t>Chanyeong Park</w:t>
      </w:r>
      <w:r>
        <w:rPr>
          <w:b w:val="0"/>
        </w:rPr>
        <w:t xml:space="preserve">, </w:t>
      </w:r>
      <w:r>
        <w:rPr>
          <w:b w:val="0"/>
        </w:rPr>
        <w:t>Dhwanil Patel</w:t>
      </w:r>
      <w:r>
        <w:rPr>
          <w:b w:val="0"/>
        </w:rPr>
        <w:t xml:space="preserve">, </w:t>
      </w:r>
      <w:r>
        <w:rPr>
          <w:b w:val="0"/>
        </w:rPr>
        <w:t>Radhika Patel</w:t>
      </w:r>
      <w:r>
        <w:rPr>
          <w:b w:val="0"/>
        </w:rPr>
        <w:t xml:space="preserve">, </w:t>
      </w:r>
      <w:r>
        <w:rPr>
          <w:b w:val="0"/>
        </w:rPr>
        <w:t>Riya Patel</w:t>
      </w:r>
      <w:r>
        <w:rPr>
          <w:b w:val="0"/>
        </w:rPr>
        <w:t xml:space="preserve">, </w:t>
      </w:r>
      <w:r>
        <w:rPr>
          <w:b w:val="0"/>
        </w:rPr>
        <w:t>Kenil Patel</w:t>
      </w:r>
      <w:r>
        <w:rPr>
          <w:b w:val="0"/>
        </w:rPr>
        <w:t xml:space="preserve">, </w:t>
      </w:r>
      <w:r>
        <w:rPr>
          <w:b w:val="0"/>
        </w:rPr>
        <w:t>Uyen Phan</w:t>
      </w:r>
      <w:r>
        <w:rPr>
          <w:b w:val="0"/>
        </w:rPr>
        <w:t xml:space="preserve">, </w:t>
      </w:r>
      <w:r>
        <w:rPr>
          <w:b w:val="0"/>
        </w:rPr>
        <w:t>Neha Puttagunta</w:t>
      </w:r>
      <w:r>
        <w:rPr>
          <w:b w:val="0"/>
        </w:rPr>
        <w:t xml:space="preserve">, </w:t>
      </w:r>
      <w:r>
        <w:rPr>
          <w:b w:val="0"/>
        </w:rPr>
        <w:t>Natasha Reddy</w:t>
      </w:r>
      <w:r>
        <w:rPr>
          <w:b w:val="0"/>
        </w:rPr>
        <w:t xml:space="preserve">, </w:t>
      </w:r>
      <w:r>
        <w:rPr>
          <w:b w:val="0"/>
        </w:rPr>
        <w:t>Joy  Rosenberg</w:t>
      </w:r>
      <w:r>
        <w:rPr>
          <w:b w:val="0"/>
        </w:rPr>
        <w:t xml:space="preserve">, </w:t>
      </w:r>
      <w:r>
        <w:rPr>
          <w:b w:val="0"/>
        </w:rPr>
        <w:t>Megha Sangam</w:t>
      </w:r>
      <w:r>
        <w:rPr>
          <w:b w:val="0"/>
        </w:rPr>
        <w:t xml:space="preserve">, </w:t>
      </w:r>
      <w:r>
        <w:rPr>
          <w:b w:val="0"/>
        </w:rPr>
        <w:t>Mitali Shah</w:t>
      </w:r>
      <w:r>
        <w:rPr>
          <w:b w:val="0"/>
        </w:rPr>
        <w:t xml:space="preserve">, </w:t>
      </w:r>
      <w:r>
        <w:rPr>
          <w:b w:val="0"/>
        </w:rPr>
        <w:t>Saloni Shah</w:t>
      </w:r>
      <w:r>
        <w:rPr>
          <w:b w:val="0"/>
        </w:rPr>
        <w:t xml:space="preserve">, </w:t>
      </w:r>
      <w:r>
        <w:rPr>
          <w:b w:val="0"/>
        </w:rPr>
        <w:t>Alexandra Silvestri</w:t>
      </w:r>
      <w:r>
        <w:rPr>
          <w:b w:val="0"/>
        </w:rPr>
        <w:t xml:space="preserve">, </w:t>
      </w:r>
      <w:r>
        <w:rPr>
          <w:b w:val="0"/>
        </w:rPr>
        <w:t>Maria Sims</w:t>
      </w:r>
      <w:r>
        <w:rPr>
          <w:b w:val="0"/>
        </w:rPr>
        <w:t xml:space="preserve">, </w:t>
      </w:r>
      <w:r>
        <w:rPr>
          <w:b w:val="0"/>
        </w:rPr>
        <w:t>Shannon Smith</w:t>
      </w:r>
      <w:r>
        <w:rPr>
          <w:b w:val="0"/>
        </w:rPr>
        <w:t xml:space="preserve">, </w:t>
      </w:r>
      <w:r>
        <w:rPr>
          <w:b w:val="0"/>
        </w:rPr>
        <w:t>Allison Tran</w:t>
      </w:r>
      <w:r>
        <w:rPr>
          <w:b w:val="0"/>
        </w:rPr>
        <w:t xml:space="preserve">, </w:t>
      </w:r>
      <w:r>
        <w:rPr>
          <w:b w:val="0"/>
        </w:rPr>
        <w:t>Alyssa Truxon</w:t>
      </w:r>
      <w:r>
        <w:rPr>
          <w:b w:val="0"/>
        </w:rPr>
        <w:t xml:space="preserve">, </w:t>
      </w:r>
      <w:r>
        <w:rPr>
          <w:b w:val="0"/>
        </w:rPr>
        <w:t>Najia Uddin</w:t>
      </w:r>
      <w:r>
        <w:rPr>
          <w:b w:val="0"/>
        </w:rPr>
        <w:t xml:space="preserve">, </w:t>
      </w:r>
      <w:r>
        <w:rPr>
          <w:b w:val="0"/>
        </w:rPr>
        <w:t>Serin Varughese</w:t>
      </w:r>
      <w:r>
        <w:rPr>
          <w:b w:val="0"/>
        </w:rPr>
        <w:t xml:space="preserve">, </w:t>
      </w:r>
      <w:r>
        <w:rPr>
          <w:b w:val="0"/>
        </w:rPr>
        <w:t>Shannon Smith</w:t>
      </w:r>
      <w:r>
        <w:rPr>
          <w:b w:val="0"/>
        </w:rPr>
        <w:t xml:space="preserve">, </w:t>
      </w:r>
      <w:r>
        <w:rPr>
          <w:b w:val="0"/>
        </w:rPr>
        <w:t>Allison Tran</w:t>
      </w:r>
      <w:r>
        <w:rPr>
          <w:b w:val="0"/>
        </w:rPr>
        <w:t xml:space="preserve">, </w:t>
      </w:r>
      <w:r>
        <w:rPr>
          <w:b w:val="0"/>
        </w:rPr>
        <w:t>Alyssa Truxon</w:t>
      </w:r>
      <w:r>
        <w:rPr>
          <w:b w:val="0"/>
        </w:rPr>
        <w:t xml:space="preserve">, </w:t>
      </w:r>
      <w:r>
        <w:rPr>
          <w:b w:val="0"/>
        </w:rPr>
        <w:t>Najia Uddin</w:t>
      </w:r>
      <w:r>
        <w:rPr>
          <w:b w:val="0"/>
        </w:rPr>
        <w:t xml:space="preserve">, </w:t>
      </w:r>
      <w:r>
        <w:rPr>
          <w:b w:val="0"/>
        </w:rPr>
        <w:t>Serin Varughese</w:t>
      </w:r>
      <w:r>
        <w:rPr>
          <w:b w:val="0"/>
        </w:rPr>
        <w:t xml:space="preserve">, </w:t>
      </w:r>
      <w:r>
        <w:rPr>
          <w:b w:val="0"/>
        </w:rPr>
        <w:t>Kanyinsola Yoloye</w:t>
      </w:r>
      <w:r>
        <w:rPr>
          <w:b w:val="0"/>
        </w:rPr>
        <w:t xml:space="preserve">, </w:t>
      </w:r>
      <w:r>
        <w:rPr>
          <w:b w:val="0"/>
        </w:rPr>
        <w:t>Nari Yoon</w:t>
      </w:r>
      <w:r>
        <w:rPr>
          <w:b w:val="0"/>
        </w:rPr>
        <w:t xml:space="preserve">, </w:t>
      </w:r>
      <w:r>
        <w:rPr>
          <w:b w:val="0"/>
        </w:rPr>
        <w:t>Eleanor Young</w:t>
      </w:r>
      <w:r>
        <w:rPr>
          <w:b w:val="0"/>
        </w:rPr>
        <w:t xml:space="preserve">, </w:t>
      </w:r>
      <w:r>
        <w:rPr>
          <w:b w:val="0"/>
        </w:rPr>
        <w:t>Justin Yuen</w:t>
      </w:r>
      <w:r>
        <w:rPr>
          <w:b w:val="0"/>
        </w:rPr>
        <w:t xml:space="preserve">, </w:t>
      </w:r>
      <w:r>
        <w:rPr>
          <w:b w:val="0"/>
        </w:rPr>
        <w:t>Nathan  Zhang</w:t>
      </w:r>
      <w:r>
        <w:rPr>
          <w:b w:val="0"/>
        </w:rPr>
        <w:t xml:space="preserve">, </w:t>
      </w:r>
      <w:r>
        <w:rPr>
          <w:b w:val="0"/>
        </w:rPr>
        <w:t>Arden Edgerton</w:t>
      </w:r>
      <w:r>
        <w:rPr>
          <w:b w:val="0"/>
        </w:rPr>
        <w:t xml:space="preserve">, </w:t>
      </w:r>
      <w:r>
        <w:rPr>
          <w:b w:val="0"/>
        </w:rPr>
        <w:t>Christine Tang</w:t>
      </w:r>
      <w:r>
        <w:rPr>
          <w:b w:val="0"/>
        </w:rPr>
        <w:t xml:space="preserve">, </w:t>
      </w:r>
      <w:r>
        <w:rPr>
          <w:b w:val="0"/>
        </w:rPr>
        <w:t>Ritu Dalia</w:t>
      </w:r>
      <w:r>
        <w:rPr>
          <w:b w:val="0"/>
        </w:rPr>
        <w:t xml:space="preserve">, </w:t>
      </w:r>
      <w:r>
        <w:rPr>
          <w:b w:val="0"/>
        </w:rPr>
        <w:t>Susan Gurney</w:t>
      </w:r>
      <w:r>
        <w:rPr>
          <w:b w:val="0"/>
        </w:rPr>
        <w:t xml:space="preserve">, </w:t>
      </w:r>
      <w:r>
        <w:rPr>
          <w:b w:val="0"/>
        </w:rPr>
        <w:t xml:space="preserve">Alison Moyer </w:t>
      </w:r>
    </w:p>
    <w:p>
      <w:pPr>
        <w:pStyle w:val="AbsText"/>
      </w:pPr>
      <w:r>
        <w:t xml:space="preserve">Drexel University undergraduates isolated and purified 89 unique bacteriophages that infect </w:t>
      </w:r>
      <w:r>
        <w:rPr>
          <w:i/>
        </w:rPr>
        <w:t>Mycobacterium smegmatis</w:t>
      </w:r>
      <w:r>
        <w:t xml:space="preserve"> mc</w:t>
      </w:r>
      <w:r>
        <w:rPr>
          <w:vertAlign w:val="superscript"/>
        </w:rPr>
        <w:t>2</w:t>
      </w:r>
      <w:r>
        <w:t xml:space="preserve"> 155 in the Fall of 2017; and have successfully completed a third year in the SEA PHAGES program. From these, eight phage genomes were sequenced, and represent three different clusters and subclusters, including four F1 phages: JoeyJr, Nimbo, Phappiness, and QuickMath. These sequenced genomes were annotated throughout the Winter quarter. Genomic comparisons with other F1 phages indicate that QuickMath has the highest level of diversity compared to JoeyJr, Nimbo and PHappiness. The highest sequence similarity observed for QuickMath is 83% coverage with phage Kimberlium. In the Spring quarter students conducted independent wet lab research projects to characterize the growth patterns of these F1 phages under varying conditions. Experimentation involved testing differing growth variables such as incubation temperature, pH, ion source in phage buffer, exposure to different proteins during infection, and growth in the presence of various sugars. In addition, because F1 cluster phages contain the gene encoding for integrase, they can potentially form stable lysogens. Therefore, creating and testing lysogens was explored.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