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9th Annual SEA-PHAGES Symposium Abstract</w:t>
      </w:r>
    </w:p>
    <w:p>
      <w:pPr>
        <w:pStyle w:val="InstitutionInfo"/>
      </w:pPr>
      <w:r>
        <w:t>Howard Hughes Medical Institute</w:t>
      </w:r>
    </w:p>
    <w:p>
      <w:pPr>
        <w:pStyle w:val="InstitutionInfo"/>
      </w:pPr>
      <w:r>
        <w:t>Chevy Chase MD</w:t>
      </w:r>
    </w:p>
    <w:p>
      <w:pPr>
        <w:pStyle w:val="InstitutionInfo"/>
      </w:pPr>
      <w:r>
        <w:t>Corresponding Faculty Member: Viknesh Sivanathan  (sivanathanv@hhmi.org)</w:t>
      </w:r>
      <w:r>
        <w:br/>
      </w:r>
    </w:p>
    <w:p>
      <w:r>
        <w:drawing>
          <wp:inline xmlns:a="http://schemas.openxmlformats.org/drawingml/2006/main" xmlns:pic="http://schemas.openxmlformats.org/drawingml/2006/picture">
            <wp:extent cx="914400" cy="579598"/>
            <wp:docPr id="1" name="Picture 1"/>
            <wp:cNvGraphicFramePr>
              <a:graphicFrameLocks noChangeAspect="1"/>
            </wp:cNvGraphicFramePr>
            <a:graphic>
              <a:graphicData uri="http://schemas.openxmlformats.org/drawingml/2006/picture">
                <pic:pic>
                  <pic:nvPicPr>
                    <pic:cNvPr id="0" name="UMBC_Ali_HeadShot.png"/>
                    <pic:cNvPicPr/>
                  </pic:nvPicPr>
                  <pic:blipFill>
                    <a:blip r:embed="rId9"/>
                    <a:stretch>
                      <a:fillRect/>
                    </a:stretch>
                  </pic:blipFill>
                  <pic:spPr>
                    <a:xfrm>
                      <a:off x="0" y="0"/>
                      <a:ext cx="914400" cy="579598"/>
                    </a:xfrm>
                    <a:prstGeom prst="rect"/>
                  </pic:spPr>
                </pic:pic>
              </a:graphicData>
            </a:graphic>
          </wp:inline>
        </w:drawing>
      </w:r>
    </w:p>
    <w:p>
      <w:pPr>
        <w:pStyle w:val="absCaption"/>
      </w:pPr>
      <w:r>
        <w:t>Ilzat Ali</w:t>
      </w:r>
    </w:p>
    <w:p>
      <w:pPr>
        <w:pStyle w:val="AbsTitle"/>
      </w:pPr>
      <w:r>
        <w:t>Characterization of Actinobacterial Hosts for Phage Isolation</w:t>
      </w:r>
    </w:p>
    <w:p>
      <w:pPr>
        <w:pStyle w:val="AbsAuthors"/>
      </w:pPr>
      <w:r>
        <w:t>Ilzat Ali*</w:t>
      </w:r>
      <w:r>
        <w:rPr>
          <w:b w:val="0"/>
        </w:rPr>
        <w:t xml:space="preserve">, </w:t>
      </w:r>
      <w:r>
        <w:t>Emily Davis*</w:t>
      </w:r>
      <w:r>
        <w:rPr>
          <w:b w:val="0"/>
        </w:rPr>
        <w:t xml:space="preserve">, </w:t>
      </w:r>
      <w:r>
        <w:t>Aleem Mohamed*</w:t>
      </w:r>
      <w:r>
        <w:rPr>
          <w:b w:val="0"/>
        </w:rPr>
        <w:t xml:space="preserve">, </w:t>
      </w:r>
      <w:r>
        <w:rPr>
          <w:b w:val="0"/>
        </w:rPr>
        <w:t>Priscilla Kobi</w:t>
      </w:r>
      <w:r>
        <w:rPr>
          <w:b w:val="0"/>
        </w:rPr>
        <w:t xml:space="preserve">, </w:t>
      </w:r>
      <w:r>
        <w:rPr>
          <w:b w:val="0"/>
        </w:rPr>
        <w:t>William Biederman</w:t>
      </w:r>
      <w:r>
        <w:rPr>
          <w:b w:val="0"/>
        </w:rPr>
        <w:t xml:space="preserve">, </w:t>
      </w:r>
      <w:r>
        <w:rPr>
          <w:b w:val="0"/>
        </w:rPr>
        <w:t>Vic Sivanathan</w:t>
      </w:r>
    </w:p>
    <w:p>
      <w:pPr>
        <w:pStyle w:val="moreInstitutions"/>
      </w:pPr>
      <w:r>
        <w:t>* University of Maryland, Baltimore County, Baltimore MD</w:t>
      </w:r>
    </w:p>
    <w:p>
      <w:pPr>
        <w:pStyle w:val="AbsText"/>
      </w:pPr>
      <w:r>
        <w:t xml:space="preserve">The scientific goal of SEA-PHAGES is to explore the biodiversity amongst bacteriophages. As we expand from isolating and studying mycobacteriophages to actinobacteriophages, the careful “piloting” of new actinobacterial hosts can facilitate this process. Here, we present data from piloting 3 actinobacterial hosts, </w:t>
      </w:r>
      <w:r>
        <w:rPr>
          <w:i/>
        </w:rPr>
        <w:t>Arthrobacter sp.</w:t>
      </w:r>
      <w:r>
        <w:t xml:space="preserve">, </w:t>
      </w:r>
      <w:r>
        <w:rPr>
          <w:i/>
        </w:rPr>
        <w:t>Gordonia terrae</w:t>
      </w:r>
      <w:r>
        <w:t xml:space="preserve">, and </w:t>
      </w:r>
      <w:r>
        <w:rPr>
          <w:i/>
        </w:rPr>
        <w:t>Microbacterium foliorum</w:t>
      </w:r>
      <w:r>
        <w:t xml:space="preserve">. This data is presented in the context of other </w:t>
      </w:r>
      <w:r>
        <w:rPr>
          <w:i/>
        </w:rPr>
        <w:t>Actinobacteria</w:t>
      </w:r>
      <w:r>
        <w:t xml:space="preserve">, namely </w:t>
      </w:r>
      <w:r>
        <w:rPr>
          <w:i/>
        </w:rPr>
        <w:t>Microbacterium smegmatis</w:t>
      </w:r>
      <w:r>
        <w:t xml:space="preserve"> and </w:t>
      </w:r>
      <w:r>
        <w:rPr>
          <w:i/>
        </w:rPr>
        <w:t>Streptomyces griseus</w:t>
      </w:r>
      <w:r>
        <w:t xml:space="preserve">, the latter with data provided by Lee Hughes of the University of North Texas. It is our hope that the data presented will encourage and facilitate the adoption of these </w:t>
      </w:r>
      <w:r>
        <w:rPr>
          <w:i/>
        </w:rPr>
        <w:t>Actinobacteria</w:t>
      </w:r>
      <w:r>
        <w:t xml:space="preserve"> as hosts on which to isolate and study actinobacteriophages.</w:t>
        <w:br/>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